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INVITATION FOR VISA APPLICATION</w:t>
      </w:r>
    </w:p>
    <w:p/>
    <w:p>
      <w:r>
        <w:rPr>
          <w:b w:val="0"/>
          <w:sz w:val="20"/>
        </w:rPr>
        <w:t>To Whom It May Concern,</w:t>
      </w:r>
    </w:p>
    <w:p/>
    <w:p>
      <w:r>
        <w:rPr>
          <w:b w:val="0"/>
          <w:sz w:val="20"/>
        </w:rPr>
        <w:t>I am writing this letter to invite the following individual to visit the United States of America for the duration of their stay, for the purpose of tourism and family visit.</w:t>
      </w:r>
    </w:p>
    <w:p/>
    <w:p>
      <w:r>
        <w:rPr>
          <w:b/>
          <w:sz w:val="20"/>
        </w:rPr>
        <w:t>Invitee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Passport Number: ______________________________________________________</w:t>
      </w:r>
    </w:p>
    <w:p>
      <w:r>
        <w:rPr>
          <w:b w:val="0"/>
          <w:sz w:val="20"/>
        </w:rPr>
        <w:t>Relationship to Inviter: 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sz w:val="20"/>
        </w:rPr>
        <w:t>Inviter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in the United States: 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r>
        <w:rPr>
          <w:b w:val="0"/>
          <w:sz w:val="20"/>
        </w:rPr>
        <w:t>Status in the United States: ___________________________________________</w:t>
      </w:r>
    </w:p>
    <w:p>
      <w:r>
        <w:rPr>
          <w:b w:val="0"/>
          <w:sz w:val="20"/>
        </w:rPr>
        <w:t>Employer or School (if applicable): _____________________________________</w:t>
      </w:r>
    </w:p>
    <w:p/>
    <w:p>
      <w:r>
        <w:rPr>
          <w:b/>
          <w:sz w:val="20"/>
        </w:rPr>
        <w:t>Purpose of Visit:</w:t>
      </w:r>
    </w:p>
    <w:p>
      <w:r>
        <w:rPr>
          <w:b w:val="0"/>
          <w:sz w:val="20"/>
        </w:rPr>
        <w:t>The invitee intends to visit the United States for tourism, sightseeing, and to spend time with family members. The visit will include visits to local attractions, participation in family events, and cultural exchange activities. The visit will be temporary and the invitee will return to their home country following the visit.</w:t>
      </w:r>
    </w:p>
    <w:p/>
    <w:p>
      <w:r>
        <w:rPr>
          <w:b/>
          <w:sz w:val="20"/>
        </w:rPr>
        <w:t>Duration of Stay:</w:t>
      </w:r>
    </w:p>
    <w:p>
      <w:r>
        <w:rPr>
          <w:b w:val="0"/>
          <w:sz w:val="20"/>
        </w:rPr>
        <w:t>The visit is planned for a period of _______________ weeks/months, starting upon the arrival of the invitee to the United States. The invitee will depart the United States before the expiration of their authorized stay as granted by the U.S. Department of Homeland Security.</w:t>
      </w:r>
    </w:p>
    <w:p/>
    <w:p>
      <w:r>
        <w:rPr>
          <w:b/>
          <w:sz w:val="20"/>
        </w:rPr>
        <w:t>Financial Responsibility:</w:t>
      </w:r>
    </w:p>
    <w:p>
      <w:r>
        <w:rPr>
          <w:b w:val="0"/>
          <w:sz w:val="20"/>
        </w:rPr>
        <w:t>I hereby confirm that I will be responsible for all financial obligations, including but not limited to accommodation, travel, medical insurance, and daily expenses during the invitee’s stay in the United States. The invitee will not become a public charge during their visit.</w:t>
      </w:r>
    </w:p>
    <w:p/>
    <w:p>
      <w:r>
        <w:rPr>
          <w:b/>
          <w:sz w:val="20"/>
        </w:rPr>
        <w:t>Accommodation:</w:t>
      </w:r>
    </w:p>
    <w:p>
      <w:r>
        <w:rPr>
          <w:b w:val="0"/>
          <w:sz w:val="20"/>
        </w:rPr>
        <w:t>The invitee will be staying at my residence located at the address provided above. Adequate arrangements have been made to ensure a comfortable and safe stay.</w:t>
      </w:r>
    </w:p>
    <w:p/>
    <w:p>
      <w:r>
        <w:rPr>
          <w:b/>
          <w:sz w:val="20"/>
        </w:rPr>
        <w:t>Legal Compliance and Assurance:</w:t>
      </w:r>
    </w:p>
    <w:p>
      <w:r>
        <w:rPr>
          <w:b w:val="0"/>
          <w:sz w:val="20"/>
        </w:rPr>
        <w:t>I affirm that the information provided in this letter is true and accurate to the best of my knowledge. The invitee understands and agrees to comply with all United States laws and immigration regulations during their visit. The invitee will depart the United States before or on the authorized date and will not engage in unauthorized employment or activities.</w:t>
      </w:r>
    </w:p>
    <w:p/>
    <w:p>
      <w:r>
        <w:rPr>
          <w:b w:val="0"/>
          <w:sz w:val="20"/>
        </w:rPr>
        <w:t>Should you require any further information or clarification, please do not hesitate to contact me at the phone number or email address listed above.</w:t>
      </w:r>
    </w:p>
    <w:p/>
    <w:p/>
    <w:p>
      <w:r>
        <w:rPr>
          <w:b w:val="0"/>
          <w:sz w:val="20"/>
        </w:rPr>
        <w:t>Sincerely,</w:t>
      </w:r>
    </w:p>
    <w:p/>
    <w:p/>
    <w:p/>
    <w:p/>
    <w:p>
      <w:r>
        <w:rPr>
          <w:b w:val="0"/>
          <w:sz w:val="20"/>
        </w:rPr>
        <w:t>Inviter’s Signature: ____________________________________________</w:t>
      </w:r>
    </w:p>
    <w:p>
      <w:r>
        <w:rPr>
          <w:b w:val="0"/>
          <w:sz w:val="20"/>
        </w:rPr>
        <w:t>Printed Name: _________________________________________________</w:t>
      </w:r>
    </w:p>
    <w:p>
      <w:r>
        <w:rPr>
          <w:b w:val="0"/>
          <w:sz w:val="20"/>
        </w:rPr>
        <w:t>Date: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NOTARY / WITNESS</w:t>
            </w:r>
          </w:p>
        </w:tc>
        <w:tc>
          <w:tcPr>
            <w:tcW w:type="dxa" w:w="4986"/>
            <w:tcBorders>
              <w:top w:val="nil"/>
              <w:left w:val="nil"/>
              <w:bottom w:val="nil"/>
              <w:right w:val="nil"/>
              <w:insideH w:val="nil"/>
              <w:insideV w:val="nil"/>
            </w:tcBorders>
          </w:tcPr>
          <w:p>
            <w:pPr>
              <w:jc w:val="center"/>
            </w:pPr>
            <w:r>
              <w:t>INVITER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https://lettertemplate-us.com/visa-letter/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visa-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