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WARNING LETTER</w:t>
      </w:r>
    </w:p>
    <w:p/>
    <w:p/>
    <w:p>
      <w:r>
        <w:rPr>
          <w:b/>
          <w:sz w:val="20"/>
        </w:rPr>
        <w:t>From:</w:t>
      </w:r>
    </w:p>
    <w:p>
      <w:r>
        <w:rPr>
          <w:b w:val="0"/>
          <w:sz w:val="20"/>
        </w:rPr>
        <w:t>Company Name: ________________________________________________</w:t>
      </w:r>
    </w:p>
    <w:p>
      <w:r>
        <w:rPr>
          <w:b w:val="0"/>
          <w:sz w:val="20"/>
        </w:rPr>
        <w:t>Address: ________________________________________________________</w:t>
      </w:r>
    </w:p>
    <w:p>
      <w:r>
        <w:rPr>
          <w:b w:val="0"/>
          <w:sz w:val="20"/>
        </w:rPr>
        <w:t>Phone: __________________________________________________________</w:t>
      </w:r>
    </w:p>
    <w:p>
      <w:r>
        <w:rPr>
          <w:b w:val="0"/>
          <w:sz w:val="20"/>
        </w:rPr>
        <w:t>Email: __________________________________________________________</w:t>
      </w:r>
    </w:p>
    <w:p/>
    <w:p>
      <w:r>
        <w:rPr>
          <w:b/>
          <w:sz w:val="20"/>
        </w:rPr>
        <w:t>To:</w:t>
      </w:r>
    </w:p>
    <w:p>
      <w:r>
        <w:rPr>
          <w:b w:val="0"/>
          <w:sz w:val="20"/>
        </w:rPr>
        <w:t>Recipient Name: ______________________________________________</w:t>
      </w:r>
    </w:p>
    <w:p>
      <w:r>
        <w:rPr>
          <w:b w:val="0"/>
          <w:sz w:val="20"/>
        </w:rPr>
        <w:t>Position/Title: ________________________________________________</w:t>
      </w:r>
    </w:p>
    <w:p>
      <w:r>
        <w:rPr>
          <w:b w:val="0"/>
          <w:sz w:val="20"/>
        </w:rPr>
        <w:t>Department: _________________________________________________</w:t>
      </w:r>
    </w:p>
    <w:p>
      <w:r>
        <w:rPr>
          <w:b w:val="0"/>
          <w:sz w:val="20"/>
        </w:rPr>
        <w:t>Address: ______________________________________________________</w:t>
      </w:r>
    </w:p>
    <w:p/>
    <w:p/>
    <w:p>
      <w:r>
        <w:rPr>
          <w:b/>
          <w:sz w:val="20"/>
        </w:rPr>
        <w:t>Subject: Formal Warning Regarding Conduct/Performance</w:t>
      </w:r>
    </w:p>
    <w:p/>
    <w:p/>
    <w:p>
      <w:r>
        <w:rPr>
          <w:b w:val="0"/>
          <w:sz w:val="20"/>
        </w:rPr>
        <w:t>Dear [Recipient Name],</w:t>
      </w:r>
    </w:p>
    <w:p/>
    <w:p>
      <w:r>
        <w:rPr>
          <w:b w:val="0"/>
          <w:sz w:val="20"/>
        </w:rPr>
        <w:t>This letter serves as a formal warning regarding your recent conduct and/or performance which has been found to be inconsistent with the expectations and standards set forth by [Company Name]. We are committed to maintaining a professional, respectful, and productive work environment for all employees.</w:t>
      </w:r>
    </w:p>
    <w:p/>
    <w:p>
      <w:r>
        <w:rPr>
          <w:b/>
          <w:sz w:val="20"/>
        </w:rPr>
        <w:t>Details of Concern:</w:t>
      </w:r>
    </w:p>
    <w:p>
      <w:r>
        <w:rPr>
          <w:b w:val="0"/>
          <w:sz w:val="20"/>
        </w:rPr>
        <w:t>On multiple occasions, it has been observed and documented that your behavior and/or performance has not met the required standards. Specific issues include but are not limited to:</w:t>
      </w:r>
    </w:p>
    <w:p>
      <w:r>
        <w:rPr>
          <w:b w:val="0"/>
          <w:sz w:val="20"/>
        </w:rPr>
        <w:t>- [Describe specific incidents, dates, and facts]</w:t>
      </w:r>
    </w:p>
    <w:p>
      <w:r>
        <w:rPr>
          <w:b w:val="0"/>
          <w:sz w:val="20"/>
        </w:rPr>
        <w:t>- [Describe performance issues or breaches of policy]</w:t>
      </w:r>
    </w:p>
    <w:p>
      <w:r>
        <w:rPr>
          <w:b w:val="0"/>
          <w:sz w:val="20"/>
        </w:rPr>
        <w:t>- [Any prior informal warnings or counseling sessions]</w:t>
      </w:r>
    </w:p>
    <w:p/>
    <w:p>
      <w:r>
        <w:rPr>
          <w:b/>
          <w:sz w:val="20"/>
        </w:rPr>
        <w:t>Applicable Policies and Expectations:</w:t>
      </w:r>
    </w:p>
    <w:p>
      <w:r>
        <w:rPr>
          <w:b w:val="0"/>
          <w:sz w:val="20"/>
        </w:rPr>
        <w:t>Your actions and/or performance have violated the following company policies and/or employment agreement terms:</w:t>
      </w:r>
    </w:p>
    <w:p>
      <w:r>
        <w:rPr>
          <w:b w:val="0"/>
          <w:sz w:val="20"/>
        </w:rPr>
        <w:t>- [Specify relevant company policies or codes of conduct]</w:t>
      </w:r>
    </w:p>
    <w:p>
      <w:r>
        <w:rPr>
          <w:b w:val="0"/>
          <w:sz w:val="20"/>
        </w:rPr>
        <w:t>- [Cite employee handbook sections, if applicable]</w:t>
      </w:r>
    </w:p>
    <w:p>
      <w:r>
        <w:rPr>
          <w:b w:val="0"/>
          <w:sz w:val="20"/>
        </w:rPr>
        <w:t>- [Explain the expectations that have been breached]</w:t>
      </w:r>
    </w:p>
    <w:p/>
    <w:p>
      <w:r>
        <w:rPr>
          <w:b/>
          <w:sz w:val="20"/>
        </w:rPr>
        <w:t>Consequences and Required Corrective Actions:</w:t>
      </w:r>
    </w:p>
    <w:p>
      <w:r>
        <w:rPr>
          <w:b w:val="0"/>
          <w:sz w:val="20"/>
        </w:rPr>
        <w:t>Failure to address and rectify these issues may lead to further disciplinary action, up to and including termination of employment. You are expected to immediately undertake the following corrective actions:</w:t>
      </w:r>
    </w:p>
    <w:p>
      <w:r>
        <w:rPr>
          <w:b w:val="0"/>
          <w:sz w:val="20"/>
        </w:rPr>
        <w:t>- [List specific measurable actions to be taken by the employee]</w:t>
      </w:r>
    </w:p>
    <w:p>
      <w:r>
        <w:rPr>
          <w:b w:val="0"/>
          <w:sz w:val="20"/>
        </w:rPr>
        <w:t>- [Set any deadlines or timelines for improvement]</w:t>
      </w:r>
    </w:p>
    <w:p/>
    <w:p>
      <w:r>
        <w:rPr>
          <w:b w:val="0"/>
          <w:sz w:val="20"/>
        </w:rPr>
        <w:t>We encourage you to take this warning seriously and to seek any necessary assistance or training to help you meet the required standards of your role.</w:t>
      </w:r>
    </w:p>
    <w:p/>
    <w:p>
      <w:r>
        <w:rPr>
          <w:b/>
          <w:sz w:val="20"/>
        </w:rPr>
        <w:t>Right to Respond:</w:t>
      </w:r>
    </w:p>
    <w:p>
      <w:r>
        <w:rPr>
          <w:b w:val="0"/>
          <w:sz w:val="20"/>
        </w:rPr>
        <w:t>You have the right to respond to this warning in writing and request a meeting with management or Human Resources to discuss this matter further.</w:t>
      </w:r>
    </w:p>
    <w:p/>
    <w:p>
      <w:r>
        <w:rPr>
          <w:b/>
          <w:sz w:val="20"/>
        </w:rPr>
        <w:t>Follow-Up Monitoring:</w:t>
      </w:r>
    </w:p>
    <w:p>
      <w:r>
        <w:rPr>
          <w:b w:val="0"/>
          <w:sz w:val="20"/>
        </w:rPr>
        <w:t>Your performance and conduct will be closely monitored over the coming [specify timeframe, e.g., 30, 60, 90 days] to ensure satisfactory improvement. Failure to demonstrate improvement may result in additional disciplinary measures.</w:t>
      </w:r>
    </w:p>
    <w:p/>
    <w:p/>
    <w:p>
      <w:r>
        <w:rPr>
          <w:b/>
          <w:sz w:val="20"/>
        </w:rPr>
        <w:t>Confidentiality and Legal Compliance:</w:t>
      </w:r>
    </w:p>
    <w:p>
      <w:r>
        <w:rPr>
          <w:b w:val="0"/>
          <w:sz w:val="20"/>
        </w:rPr>
        <w:t>This warning letter is part of your employment record and will be handled in accordance with applicable privacy laws and company policies. All information contained herein is confidential and intended solely for the use of the recipient and relevant company personnel.</w:t>
      </w:r>
    </w:p>
    <w:p/>
    <w:p/>
    <w:p>
      <w:r>
        <w:rPr>
          <w:b w:val="0"/>
          <w:sz w:val="20"/>
        </w:rPr>
        <w:t>Please acknowledge receipt of this letter by signing below. Should you have any questions regarding the contents of this letter, please contact your immediate supervisor or the Human Resources Department.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Manager/Supervisor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https://lettertemplate-us.com/warning-letter/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warning-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