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WORK EXCUSE LETTER</w:t>
      </w:r>
    </w:p>
    <w:p/>
    <w:p/>
    <w:p>
      <w:r>
        <w:rPr>
          <w:b w:val="0"/>
          <w:sz w:val="20"/>
        </w:rPr>
        <w:t>To Whom It May Concern:</w:t>
      </w:r>
    </w:p>
    <w:p/>
    <w:p>
      <w:r>
        <w:rPr>
          <w:b w:val="0"/>
          <w:sz w:val="20"/>
        </w:rPr>
        <w:t>I am writing to formally excuse the absence of the individual named below from work due to a valid medical or personal reason requiring their temporary leave.</w:t>
      </w:r>
    </w:p>
    <w:p/>
    <w:p>
      <w:r>
        <w:rPr>
          <w:b/>
          <w:sz w:val="20"/>
        </w:rPr>
        <w:t>Employee Information:</w:t>
      </w:r>
    </w:p>
    <w:p>
      <w:r>
        <w:rPr>
          <w:b w:val="0"/>
          <w:sz w:val="20"/>
        </w:rPr>
        <w:t>Full Name: ____________________________________________________________</w:t>
      </w:r>
    </w:p>
    <w:p>
      <w:r>
        <w:rPr>
          <w:b w:val="0"/>
          <w:sz w:val="20"/>
        </w:rPr>
        <w:t>Employee ID (if applicable): ___________________________________________</w:t>
      </w:r>
    </w:p>
    <w:p>
      <w:r>
        <w:rPr>
          <w:b w:val="0"/>
          <w:sz w:val="20"/>
        </w:rPr>
        <w:t>Department/Position: _________________________________________________</w:t>
      </w:r>
    </w:p>
    <w:p>
      <w:r>
        <w:rPr>
          <w:b w:val="0"/>
          <w:sz w:val="20"/>
        </w:rPr>
        <w:t>Supervisor/Manager: _________________________________________________</w:t>
      </w:r>
    </w:p>
    <w:p/>
    <w:p>
      <w:r>
        <w:rPr>
          <w:b/>
          <w:sz w:val="20"/>
        </w:rPr>
        <w:t>Absence Details:</w:t>
      </w:r>
    </w:p>
    <w:p>
      <w:r>
        <w:rPr>
          <w:b w:val="0"/>
          <w:sz w:val="20"/>
        </w:rPr>
        <w:t>Reason for Absence: __________________________________________________</w:t>
      </w:r>
    </w:p>
    <w:p>
      <w:r>
        <w:rPr>
          <w:b w:val="0"/>
          <w:sz w:val="20"/>
        </w:rPr>
        <w:t>Date(s) of Absence: __________________________________________________</w:t>
      </w:r>
    </w:p>
    <w:p>
      <w:r>
        <w:rPr>
          <w:b w:val="0"/>
          <w:sz w:val="20"/>
        </w:rPr>
        <w:t>Anticipated Return to Work Date: ______________________________________</w:t>
      </w:r>
    </w:p>
    <w:p/>
    <w:p>
      <w:r>
        <w:rPr>
          <w:b/>
          <w:sz w:val="20"/>
        </w:rPr>
        <w:t>Certification:</w:t>
      </w:r>
    </w:p>
    <w:p>
      <w:r>
        <w:rPr>
          <w:b w:val="0"/>
          <w:sz w:val="20"/>
        </w:rPr>
        <w:t>This letter certifies that the above-named employee was unable to perform their work duties for the stated period due to the specified reason. All information provided is accurate to the best of my knowledge and complies with applicable laws and regulations.</w:t>
      </w:r>
    </w:p>
    <w:p/>
    <w:p>
      <w:r>
        <w:rPr>
          <w:b/>
          <w:sz w:val="20"/>
        </w:rPr>
        <w:t>Confidentiality:</w:t>
      </w:r>
    </w:p>
    <w:p>
      <w:r>
        <w:rPr>
          <w:b w:val="0"/>
          <w:sz w:val="20"/>
        </w:rPr>
        <w:t>This information is provided in confidence and is intended solely for the purpose of validating the employee's absence. It shall not be disclosed or used for any other purpose without explicit consent, except as required by law.</w:t>
      </w:r>
    </w:p>
    <w:p/>
    <w:p>
      <w:r>
        <w:rPr>
          <w:b/>
          <w:sz w:val="20"/>
        </w:rPr>
        <w:t>Authorized Representative Information:</w:t>
      </w:r>
    </w:p>
    <w:p>
      <w:r>
        <w:rPr>
          <w:b w:val="0"/>
          <w:sz w:val="20"/>
        </w:rPr>
        <w:t>Name: ________________________________________________________________</w:t>
      </w:r>
    </w:p>
    <w:p>
      <w:r>
        <w:rPr>
          <w:b w:val="0"/>
          <w:sz w:val="20"/>
        </w:rPr>
        <w:t>Title/Position: ________________________________________________________</w:t>
      </w:r>
    </w:p>
    <w:p>
      <w:r>
        <w:rPr>
          <w:b w:val="0"/>
          <w:sz w:val="20"/>
        </w:rPr>
        <w:t>Company/Organization: ________________________________________________</w:t>
      </w:r>
    </w:p>
    <w:p>
      <w:r>
        <w:rPr>
          <w:b w:val="0"/>
          <w:sz w:val="20"/>
        </w:rPr>
        <w:t>Contact Information: __________________________________________________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 Signature</w:t>
            </w:r>
          </w:p>
        </w:tc>
        <w:tc>
          <w:tcPr>
            <w:tcW w:type="dxa" w:w="4986"/>
            <w:tcBorders>
              <w:top w:val="nil"/>
              <w:left w:val="nil"/>
              <w:bottom w:val="nil"/>
              <w:right w:val="nil"/>
              <w:insideH w:val="nil"/>
              <w:insideV w:val="nil"/>
            </w:tcBorders>
          </w:tcPr>
          <w:p>
            <w:pPr>
              <w:jc w:val="center"/>
            </w:pPr>
            <w:r>
              <w:t>Employee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bl>
    <w:p/>
    <w:p/>
    <w:p>
      <w:r>
        <w:rPr>
          <w:b/>
          <w:sz w:val="20"/>
        </w:rPr>
        <w:t>Legal Notice:</w:t>
      </w:r>
    </w:p>
    <w:p>
      <w:r>
        <w:rPr>
          <w:b w:val="0"/>
          <w:sz w:val="20"/>
        </w:rPr>
        <w:t>This Work Excuse Letter complies with United States federal and state labor laws, including but not limited to the Family and Medical Leave Act (FMLA), the Americans with Disabilities Act (ADA), and relevant employment regulations. The employee's privacy and rights are protected under applicable statutes. Unauthorized use or forgery of this letter may result in disciplinary and legal consequences.</w:t>
      </w:r>
    </w:p>
    <w:p/>
    <w:p>
      <w:r>
        <w:rPr>
          <w:b w:val="0"/>
          <w:sz w:val="20"/>
        </w:rPr>
        <w:t>If you require any further information or verification, please contact the authorized representative listed above.</w:t>
      </w:r>
    </w:p>
    <w:p/>
    <w:p/>
    <w:p>
      <w:r>
        <w:rPr>
          <w:b w:val="0"/>
          <w:sz w:val="20"/>
        </w:rPr>
        <w:t>Official Stamp/Seal (if applicable): ___________________________________</w:t>
      </w:r>
    </w:p>
    <w:p/>
    <w:p/>
    <w:p/>
    <w:p>
      <w:r>
        <w:br w:type="page"/>
      </w:r>
    </w:p>
    <w:p>
      <w:pPr>
        <w:jc w:val="center"/>
      </w:pPr>
      <w:r>
        <w:rPr>
          <w:color w:val="555555"/>
          <w:sz w:val="24"/>
        </w:rPr>
        <w:t>Original source of this document:</w:t>
      </w:r>
    </w:p>
    <w:p>
      <w:pPr>
        <w:jc w:val="center"/>
      </w:pPr>
      <w:hyperlink r:id="rId9">
        <w:r>
          <w:rPr>
            <w:color w:val="0000FF"/>
            <w:u w:val="single"/>
          </w:rPr>
          <w:t>https://lettertemplate-us.com/work-excuse-letter/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work-excus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