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YOUTH SPORTS SPONSORSHIP LETTER</w:t>
      </w:r>
    </w:p>
    <w:p/>
    <w:p>
      <w:r>
        <w:rPr>
          <w:b w:val="0"/>
          <w:sz w:val="20"/>
        </w:rPr>
        <w:t>To Whom It May Concern,</w:t>
      </w:r>
    </w:p>
    <w:p/>
    <w:p>
      <w:r>
        <w:rPr>
          <w:b w:val="0"/>
          <w:sz w:val="20"/>
        </w:rPr>
        <w:t>This letter serves as a formal sponsorship agreement between the Sponsor and the Youth Sports Organization outlined below. This sponsorship is made in good faith and intended to support the development and success of youth sports programs in a manner consistent with United States law.</w:t>
      </w:r>
    </w:p>
    <w:p/>
    <w:p>
      <w:r>
        <w:rPr>
          <w:b/>
          <w:sz w:val="20"/>
        </w:rPr>
        <w:t>Sponsor Information:</w:t>
      </w:r>
    </w:p>
    <w:p>
      <w:r>
        <w:rPr>
          <w:b w:val="0"/>
          <w:sz w:val="20"/>
        </w:rPr>
        <w:t>Name/Organization: 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____________________________________________________________</w:t>
      </w:r>
    </w:p>
    <w:p/>
    <w:p>
      <w:r>
        <w:rPr>
          <w:b/>
          <w:sz w:val="20"/>
        </w:rPr>
        <w:t>Youth Sports Organization Information:</w:t>
      </w:r>
    </w:p>
    <w:p>
      <w:r>
        <w:rPr>
          <w:b w:val="0"/>
          <w:sz w:val="20"/>
        </w:rPr>
        <w:t>Name: ____________________________________________________________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____________________________________________________________</w:t>
      </w:r>
    </w:p>
    <w:p/>
    <w:p>
      <w:r>
        <w:rPr>
          <w:b/>
          <w:sz w:val="20"/>
        </w:rPr>
        <w:t>Purpose of Sponsorship:</w:t>
      </w:r>
    </w:p>
    <w:p>
      <w:r>
        <w:rPr>
          <w:b w:val="0"/>
          <w:sz w:val="20"/>
        </w:rPr>
        <w:t>The Sponsor agrees to provide financial and/or material support to the Youth Sports Organization to promote youth participation in sports, support training, competitions, equipment purchase, travel expenses, or other related activities that contribute to the development and well-being of youth athletes.</w:t>
      </w:r>
    </w:p>
    <w:p/>
    <w:p>
      <w:r>
        <w:rPr>
          <w:b/>
          <w:sz w:val="20"/>
        </w:rPr>
        <w:t>Sponsorship Details:</w:t>
      </w:r>
    </w:p>
    <w:p>
      <w:r>
        <w:rPr>
          <w:b w:val="0"/>
          <w:sz w:val="20"/>
        </w:rPr>
        <w:t>1. Sponsorship Amount or Description of In-Kind Contributions: ______________________________________________________</w:t>
      </w:r>
    </w:p>
    <w:p>
      <w:r>
        <w:rPr>
          <w:b w:val="0"/>
          <w:sz w:val="20"/>
        </w:rPr>
        <w:t>2. Payment Terms or Delivery of Materials: __________________________________________________________</w:t>
      </w:r>
    </w:p>
    <w:p>
      <w:r>
        <w:rPr>
          <w:b w:val="0"/>
          <w:sz w:val="20"/>
        </w:rPr>
        <w:t>3. Sponsorship Period or Term: _____________________________________________________________</w:t>
      </w:r>
    </w:p>
    <w:p/>
    <w:p>
      <w:r>
        <w:rPr>
          <w:b/>
          <w:sz w:val="20"/>
        </w:rPr>
        <w:t>Sponsor Benefits:</w:t>
      </w:r>
    </w:p>
    <w:p>
      <w:r>
        <w:rPr>
          <w:b w:val="0"/>
          <w:sz w:val="20"/>
        </w:rPr>
        <w:t>In recognition of the sponsorship, the Youth Sports Organization agrees to provide the following benefits to the Sponsor as applicable:</w:t>
      </w:r>
    </w:p>
    <w:p>
      <w:r>
        <w:rPr>
          <w:b w:val="0"/>
          <w:sz w:val="20"/>
        </w:rPr>
        <w:t>- Display of Sponsor’s logo on uniforms, banners, or promotional material</w:t>
      </w:r>
    </w:p>
    <w:p>
      <w:r>
        <w:rPr>
          <w:b w:val="0"/>
          <w:sz w:val="20"/>
        </w:rPr>
        <w:t>- Public acknowledgment in events, programs, or media</w:t>
      </w:r>
    </w:p>
    <w:p>
      <w:r>
        <w:rPr>
          <w:b w:val="0"/>
          <w:sz w:val="20"/>
        </w:rPr>
        <w:t>- Opportunity to participate in select organizational activities</w:t>
      </w:r>
    </w:p>
    <w:p>
      <w:r>
        <w:rPr>
          <w:b w:val="0"/>
          <w:sz w:val="20"/>
        </w:rPr>
        <w:t>- Other agreed benefits: _____________________________________________________________</w:t>
      </w:r>
    </w:p>
    <w:p/>
    <w:p>
      <w:r>
        <w:rPr>
          <w:b/>
          <w:sz w:val="20"/>
        </w:rPr>
        <w:t>Obligations of the Youth Sports Organization:</w:t>
      </w:r>
    </w:p>
    <w:p>
      <w:r>
        <w:rPr>
          <w:b w:val="0"/>
          <w:sz w:val="20"/>
        </w:rPr>
        <w:t>- Utilize sponsorship funds or materials solely for the purposes outlined in this letter</w:t>
      </w:r>
    </w:p>
    <w:p>
      <w:r>
        <w:rPr>
          <w:b w:val="0"/>
          <w:sz w:val="20"/>
        </w:rPr>
        <w:t>- Provide periodic reports or updates on the use of sponsorship resources and impact on youth programs</w:t>
      </w:r>
    </w:p>
    <w:p>
      <w:r>
        <w:rPr>
          <w:b w:val="0"/>
          <w:sz w:val="20"/>
        </w:rPr>
        <w:t>- Comply with all applicable federal, state, and local laws and regulations governing youth sports and sponsorship</w:t>
      </w:r>
    </w:p>
    <w:p/>
    <w:p>
      <w:r>
        <w:rPr>
          <w:b/>
          <w:sz w:val="20"/>
        </w:rPr>
        <w:t>Legal Compliance and Non-Discrimination:</w:t>
      </w:r>
    </w:p>
    <w:p>
      <w:r>
        <w:rPr>
          <w:b w:val="0"/>
          <w:sz w:val="20"/>
        </w:rPr>
        <w:t>The Youth Sports Organization affirms that it operates in compliance with all applicable laws, including but not limited to the Civil Rights Act, Americans with Disabilities Act, and other relevant statutes. The organization shall not discriminate against any participant, volunteer, or staff member on the basis of race, color, national origin, religion, sex, disability, or any other protected class. The Sponsor’s support shall not be used for any unlawful or unethical purpose.</w:t>
      </w:r>
    </w:p>
    <w:p/>
    <w:p>
      <w:r>
        <w:rPr>
          <w:b/>
          <w:sz w:val="20"/>
        </w:rPr>
        <w:t>Limitation of Liability:</w:t>
      </w:r>
    </w:p>
    <w:p>
      <w:r>
        <w:rPr>
          <w:b w:val="0"/>
          <w:sz w:val="20"/>
        </w:rPr>
        <w:t>The Sponsor shall not be held liable for any injuries, damages, or losses incurred by the Youth Sports Organization, its participants, or third parties arising from or related to the sponsored activities. The Youth Sports Organization agrees to indemnify and hold harmless the Sponsor from any claims related to the use of the sponsorship funds or materials, except to the extent caused by the Sponsor's gross negligence or intentional misconduct.</w:t>
      </w:r>
    </w:p>
    <w:p/>
    <w:p>
      <w:r>
        <w:rPr>
          <w:b/>
          <w:sz w:val="20"/>
        </w:rPr>
        <w:t>Termination:</w:t>
      </w:r>
    </w:p>
    <w:p>
      <w:r>
        <w:rPr>
          <w:b w:val="0"/>
          <w:sz w:val="20"/>
        </w:rPr>
        <w:t>Either party may terminate this sponsorship agreement upon written notice if the other party materially breaches any term herein and fails to cure such breach within thirty (30) days of receipt of notice. Upon termination, any unused sponsorship funds shall be returned or otherwise accounted for as agreed between the parties.</w:t>
      </w:r>
    </w:p>
    <w:p/>
    <w:p>
      <w:r>
        <w:rPr>
          <w:b/>
          <w:sz w:val="20"/>
        </w:rPr>
        <w:t>Entire Agreement:</w:t>
      </w:r>
    </w:p>
    <w:p>
      <w:r>
        <w:rPr>
          <w:b w:val="0"/>
          <w:sz w:val="20"/>
        </w:rPr>
        <w:t>This letter constitutes the entire agreement between the Sponsor and the Youth Sports Organization regarding the sponsorship and supersedes all prior agreements or understandings, whether oral or written.</w:t>
      </w:r>
    </w:p>
    <w:p/>
    <w:p>
      <w:r>
        <w:rPr>
          <w:b/>
          <w:sz w:val="20"/>
        </w:rPr>
        <w:t>Governing Law and Jurisdiction:</w:t>
      </w:r>
    </w:p>
    <w:p>
      <w:r>
        <w:rPr>
          <w:b w:val="0"/>
          <w:sz w:val="20"/>
        </w:rPr>
        <w:t>This sponsorship agreement shall be governed by and construed in accordance with the laws of the United States and the applicable state law in which the Youth Sports Organization is located. Any disputes arising from this agreement shall be subject to the exclusive jurisdiction of the courts located therein.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SPONSOR</w:t>
            </w:r>
          </w:p>
        </w:tc>
        <w:tc>
          <w:tcPr>
            <w:tcW w:type="dxa" w:w="4986"/>
            <w:tcBorders>
              <w:top w:val="nil"/>
              <w:left w:val="nil"/>
              <w:bottom w:val="nil"/>
              <w:right w:val="nil"/>
              <w:insideH w:val="nil"/>
              <w:insideV w:val="nil"/>
            </w:tcBorders>
          </w:tcPr>
          <w:p>
            <w:pPr>
              <w:jc w:val="center"/>
            </w:pPr>
            <w:r>
              <w:t>YOUTH SPORTS ORGANIZATION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https://lettertemplate-us.com/youth-sports-sponsorship-letter/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youth-sports-sponsorship-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